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78F" w:rsidRDefault="00BD73F1">
      <w:pPr>
        <w:spacing w:before="140" w:after="20"/>
        <w:jc w:val="center"/>
      </w:pPr>
      <w:r>
        <w:rPr>
          <w:b/>
          <w:color w:val="005666"/>
          <w:sz w:val="36"/>
        </w:rPr>
        <w:t>INTERNATIONAL JOURNAL OF SOCIAL EXPLORATION</w:t>
      </w:r>
    </w:p>
    <w:p w:rsidR="003F678F" w:rsidRDefault="00BD73F1">
      <w:pPr>
        <w:jc w:val="center"/>
      </w:pPr>
      <w:r>
        <w:rPr>
          <w:b/>
          <w:color w:val="005666"/>
          <w:sz w:val="25"/>
        </w:rPr>
        <w:t>(IJSoE)</w:t>
      </w:r>
    </w:p>
    <w:p w:rsidR="003F678F" w:rsidRDefault="00BD73F1">
      <w:pPr>
        <w:spacing w:after="140"/>
        <w:jc w:val="center"/>
      </w:pPr>
      <w:r>
        <w:rPr>
          <w:b/>
          <w:sz w:val="32"/>
        </w:rPr>
        <w:t>SEPARATE TITLE PAGE TEMPLATE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3F678F">
        <w:trPr>
          <w:jc w:val="center"/>
        </w:trPr>
        <w:tc>
          <w:tcPr>
            <w:tcW w:w="10368" w:type="dxa"/>
            <w:shd w:val="clear" w:color="auto" w:fill="E5F0F2"/>
            <w:tcMar>
              <w:top w:w="95" w:type="dxa"/>
              <w:left w:w="110" w:type="dxa"/>
              <w:bottom w:w="95" w:type="dxa"/>
              <w:right w:w="110" w:type="dxa"/>
            </w:tcMar>
          </w:tcPr>
          <w:p w:rsidR="003F678F" w:rsidRDefault="00BD73F1">
            <w:r>
              <w:rPr>
                <w:b/>
                <w:color w:val="005666"/>
              </w:rPr>
              <w:t>IMPORTANT - UPLOAD THIS FILE SEPARATELY FROM THE ANONYMIZED MANUSCRIPT</w:t>
            </w:r>
          </w:p>
          <w:p w:rsidR="003F678F" w:rsidRDefault="00BD73F1">
            <w:pPr>
              <w:spacing w:after="0" w:line="252" w:lineRule="auto"/>
            </w:pPr>
            <w:r>
              <w:t>This file contains author-identifying information for the Editorial Office. Do not include author names, affiliations, acknowledgements, biographies, email addresses, ORCID iDs, or other identifying details in the blinded main manuscript.</w:t>
            </w:r>
          </w:p>
        </w:tc>
      </w:tr>
    </w:tbl>
    <w:p w:rsidR="003F678F" w:rsidRDefault="00BD73F1">
      <w:pPr>
        <w:spacing w:before="140"/>
      </w:pPr>
      <w:r>
        <w:rPr>
          <w:b/>
          <w:color w:val="005666"/>
          <w:sz w:val="27"/>
        </w:rPr>
        <w:t>1. Manuscript Information</w:t>
      </w:r>
    </w:p>
    <w:p w:rsidR="003F678F" w:rsidRDefault="00BD73F1">
      <w:pPr>
        <w:spacing w:after="40" w:line="252" w:lineRule="auto"/>
      </w:pPr>
      <w:r>
        <w:rPr>
          <w:b/>
        </w:rPr>
        <w:t>Manuscript Title:</w:t>
      </w:r>
      <w:r>
        <w:rPr>
          <w:color w:val="5A5A5A"/>
        </w:rPr>
        <w:t xml:space="preserve"> [Insert full manuscript title]</w:t>
      </w:r>
    </w:p>
    <w:p w:rsidR="003F678F" w:rsidRDefault="00BD73F1">
      <w:pPr>
        <w:spacing w:after="40" w:line="252" w:lineRule="auto"/>
      </w:pPr>
      <w:r>
        <w:rPr>
          <w:b/>
        </w:rPr>
        <w:t>Manuscript Type:</w:t>
      </w:r>
      <w:r>
        <w:rPr>
          <w:color w:val="5A5A5A"/>
        </w:rPr>
        <w:t xml:space="preserve"> [Research Article / Review Article / Research Note / Book Review]</w:t>
      </w:r>
    </w:p>
    <w:p w:rsidR="003F678F" w:rsidRDefault="00AC3974">
      <w:pPr>
        <w:spacing w:after="40" w:line="252" w:lineRule="auto"/>
      </w:pPr>
      <w:r>
        <w:rPr>
          <w:b/>
        </w:rPr>
        <w:t xml:space="preserve">Short Running Title </w:t>
      </w:r>
      <w:r w:rsidR="00BD73F1">
        <w:rPr>
          <w:b/>
        </w:rPr>
        <w:t>:</w:t>
      </w:r>
      <w:r w:rsidR="00BD73F1">
        <w:rPr>
          <w:color w:val="5A5A5A"/>
        </w:rPr>
        <w:t xml:space="preserve"> [Up to approximately 50 characters]</w:t>
      </w:r>
      <w:bookmarkStart w:id="0" w:name="_GoBack"/>
      <w:bookmarkEnd w:id="0"/>
    </w:p>
    <w:p w:rsidR="003F678F" w:rsidRDefault="00BD73F1">
      <w:pPr>
        <w:spacing w:before="140"/>
      </w:pPr>
      <w:r>
        <w:rPr>
          <w:b/>
          <w:color w:val="005666"/>
          <w:sz w:val="27"/>
        </w:rPr>
        <w:t>2. Author Details</w:t>
      </w:r>
    </w:p>
    <w:p w:rsidR="003F678F" w:rsidRDefault="00BD73F1">
      <w:pPr>
        <w:spacing w:after="80"/>
      </w:pPr>
      <w:r>
        <w:t>List all authors in the exact intended publication order. The same order should be entered in OJS. Add rows if more than four authors are included.</w:t>
      </w:r>
    </w:p>
    <w:tbl>
      <w:tblPr>
        <w:tblW w:w="5000" w:type="pct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614"/>
        <w:gridCol w:w="1905"/>
        <w:gridCol w:w="3422"/>
        <w:gridCol w:w="2341"/>
        <w:gridCol w:w="2196"/>
      </w:tblGrid>
      <w:tr w:rsidR="00152A60" w:rsidTr="00152A60">
        <w:trPr>
          <w:cantSplit/>
          <w:tblHeader/>
          <w:jc w:val="center"/>
        </w:trPr>
        <w:tc>
          <w:tcPr>
            <w:tcW w:w="293" w:type="pct"/>
            <w:shd w:val="clear" w:color="auto" w:fill="D8EAED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:rsidR="00152A60" w:rsidRDefault="00152A60">
            <w:pPr>
              <w:spacing w:after="0"/>
              <w:jc w:val="center"/>
            </w:pPr>
            <w:r>
              <w:rPr>
                <w:b/>
                <w:color w:val="005666"/>
                <w:sz w:val="17"/>
              </w:rPr>
              <w:t>No.</w:t>
            </w:r>
          </w:p>
        </w:tc>
        <w:tc>
          <w:tcPr>
            <w:tcW w:w="909" w:type="pct"/>
            <w:shd w:val="clear" w:color="auto" w:fill="D8EAED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:rsidR="00152A60" w:rsidRDefault="00152A60">
            <w:pPr>
              <w:spacing w:after="0"/>
              <w:jc w:val="center"/>
            </w:pPr>
            <w:r>
              <w:rPr>
                <w:b/>
                <w:color w:val="005666"/>
                <w:sz w:val="17"/>
              </w:rPr>
              <w:t>Full Name</w:t>
            </w:r>
          </w:p>
        </w:tc>
        <w:tc>
          <w:tcPr>
            <w:tcW w:w="1633" w:type="pct"/>
            <w:shd w:val="clear" w:color="auto" w:fill="D8EAED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:rsidR="00152A60" w:rsidRDefault="00152A60">
            <w:pPr>
              <w:spacing w:after="0"/>
              <w:jc w:val="center"/>
            </w:pPr>
            <w:r>
              <w:rPr>
                <w:b/>
                <w:color w:val="005666"/>
                <w:sz w:val="17"/>
              </w:rPr>
              <w:t>Affiliation</w:t>
            </w:r>
          </w:p>
        </w:tc>
        <w:tc>
          <w:tcPr>
            <w:tcW w:w="1117" w:type="pct"/>
            <w:shd w:val="clear" w:color="auto" w:fill="D8EAED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:rsidR="00152A60" w:rsidRDefault="00152A60">
            <w:pPr>
              <w:spacing w:after="0"/>
              <w:jc w:val="center"/>
            </w:pPr>
            <w:r>
              <w:rPr>
                <w:b/>
                <w:color w:val="005666"/>
                <w:sz w:val="17"/>
              </w:rPr>
              <w:t>Email</w:t>
            </w:r>
          </w:p>
        </w:tc>
        <w:tc>
          <w:tcPr>
            <w:tcW w:w="1048" w:type="pct"/>
            <w:shd w:val="clear" w:color="auto" w:fill="D8EAED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:rsidR="00152A60" w:rsidRDefault="00152A60">
            <w:pPr>
              <w:spacing w:after="0"/>
              <w:jc w:val="center"/>
            </w:pPr>
            <w:r>
              <w:rPr>
                <w:b/>
                <w:color w:val="005666"/>
                <w:sz w:val="17"/>
              </w:rPr>
              <w:t>ORCID iD</w:t>
            </w:r>
          </w:p>
        </w:tc>
      </w:tr>
      <w:tr w:rsidR="00152A60" w:rsidTr="00152A60">
        <w:trPr>
          <w:cantSplit/>
          <w:jc w:val="center"/>
        </w:trPr>
        <w:tc>
          <w:tcPr>
            <w:tcW w:w="293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1</w:t>
            </w:r>
          </w:p>
        </w:tc>
        <w:tc>
          <w:tcPr>
            <w:tcW w:w="909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[Name]</w:t>
            </w:r>
          </w:p>
        </w:tc>
        <w:tc>
          <w:tcPr>
            <w:tcW w:w="1633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[Department, Institution, City, State/Region, Country]</w:t>
            </w:r>
          </w:p>
        </w:tc>
        <w:tc>
          <w:tcPr>
            <w:tcW w:w="1117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[Email]</w:t>
            </w:r>
          </w:p>
        </w:tc>
        <w:tc>
          <w:tcPr>
            <w:tcW w:w="1048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[0000-0000-0000-0000]</w:t>
            </w:r>
          </w:p>
        </w:tc>
      </w:tr>
      <w:tr w:rsidR="00152A60" w:rsidTr="00152A60">
        <w:trPr>
          <w:cantSplit/>
          <w:jc w:val="center"/>
        </w:trPr>
        <w:tc>
          <w:tcPr>
            <w:tcW w:w="293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2</w:t>
            </w:r>
          </w:p>
        </w:tc>
        <w:tc>
          <w:tcPr>
            <w:tcW w:w="909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[Name]</w:t>
            </w:r>
          </w:p>
        </w:tc>
        <w:tc>
          <w:tcPr>
            <w:tcW w:w="1633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[Department, Institution, City, State/Region, Country]</w:t>
            </w:r>
          </w:p>
        </w:tc>
        <w:tc>
          <w:tcPr>
            <w:tcW w:w="1117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[Email]</w:t>
            </w:r>
          </w:p>
        </w:tc>
        <w:tc>
          <w:tcPr>
            <w:tcW w:w="1048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[0000-0000-0000-0000]</w:t>
            </w:r>
          </w:p>
        </w:tc>
      </w:tr>
      <w:tr w:rsidR="00152A60" w:rsidTr="00152A60">
        <w:trPr>
          <w:cantSplit/>
          <w:jc w:val="center"/>
        </w:trPr>
        <w:tc>
          <w:tcPr>
            <w:tcW w:w="293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3</w:t>
            </w:r>
          </w:p>
        </w:tc>
        <w:tc>
          <w:tcPr>
            <w:tcW w:w="909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[Name]</w:t>
            </w:r>
          </w:p>
        </w:tc>
        <w:tc>
          <w:tcPr>
            <w:tcW w:w="1633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[Department, Institution, City, State/Region, Country]</w:t>
            </w:r>
          </w:p>
        </w:tc>
        <w:tc>
          <w:tcPr>
            <w:tcW w:w="1117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[Email]</w:t>
            </w:r>
          </w:p>
        </w:tc>
        <w:tc>
          <w:tcPr>
            <w:tcW w:w="1048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[0000-0000-0000-0000]</w:t>
            </w:r>
          </w:p>
        </w:tc>
      </w:tr>
      <w:tr w:rsidR="00152A60" w:rsidTr="00152A60">
        <w:trPr>
          <w:cantSplit/>
          <w:jc w:val="center"/>
        </w:trPr>
        <w:tc>
          <w:tcPr>
            <w:tcW w:w="293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4</w:t>
            </w:r>
          </w:p>
        </w:tc>
        <w:tc>
          <w:tcPr>
            <w:tcW w:w="909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[Name]</w:t>
            </w:r>
          </w:p>
        </w:tc>
        <w:tc>
          <w:tcPr>
            <w:tcW w:w="1633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[Department, Institution, City, State/Region, Country]</w:t>
            </w:r>
          </w:p>
        </w:tc>
        <w:tc>
          <w:tcPr>
            <w:tcW w:w="1117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[Email]</w:t>
            </w:r>
          </w:p>
        </w:tc>
        <w:tc>
          <w:tcPr>
            <w:tcW w:w="1048" w:type="pct"/>
            <w:tcMar>
              <w:top w:w="58" w:type="dxa"/>
              <w:left w:w="55" w:type="dxa"/>
              <w:bottom w:w="58" w:type="dxa"/>
              <w:right w:w="55" w:type="dxa"/>
            </w:tcMar>
            <w:vAlign w:val="center"/>
          </w:tcPr>
          <w:p w:rsidR="00152A60" w:rsidRDefault="00152A60">
            <w:pPr>
              <w:spacing w:after="0" w:line="240" w:lineRule="auto"/>
            </w:pPr>
            <w:r>
              <w:rPr>
                <w:color w:val="5A5A5A"/>
                <w:sz w:val="17"/>
              </w:rPr>
              <w:t>[0000-0000-0000-0000]</w:t>
            </w:r>
          </w:p>
        </w:tc>
      </w:tr>
    </w:tbl>
    <w:p w:rsidR="003F678F" w:rsidRDefault="00BD73F1">
      <w:pPr>
        <w:spacing w:before="140"/>
      </w:pPr>
      <w:r>
        <w:rPr>
          <w:b/>
          <w:color w:val="005666"/>
          <w:sz w:val="27"/>
        </w:rPr>
        <w:t>3. Corresponding Author</w:t>
      </w:r>
    </w:p>
    <w:tbl>
      <w:tblPr>
        <w:tblW w:w="0" w:type="auto"/>
        <w:jc w:val="center"/>
        <w:tblBorders>
          <w:top w:val="single" w:sz="3" w:space="0" w:color="AAAAAA"/>
          <w:left w:val="single" w:sz="3" w:space="0" w:color="AAAAAA"/>
          <w:bottom w:val="single" w:sz="3" w:space="0" w:color="AAAAAA"/>
          <w:right w:val="single" w:sz="3" w:space="0" w:color="AAAAAA"/>
          <w:insideH w:val="single" w:sz="3" w:space="0" w:color="AAAAAA"/>
          <w:insideV w:val="single" w:sz="3" w:space="0" w:color="AAAAAA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8280"/>
      </w:tblGrid>
      <w:tr w:rsidR="003F678F">
        <w:trPr>
          <w:cantSplit/>
          <w:jc w:val="center"/>
        </w:trPr>
        <w:tc>
          <w:tcPr>
            <w:tcW w:w="2520" w:type="dxa"/>
            <w:shd w:val="clear" w:color="auto" w:fill="F2F6F7"/>
            <w:tcMar>
              <w:top w:w="50" w:type="dxa"/>
              <w:left w:w="65" w:type="dxa"/>
              <w:bottom w:w="50" w:type="dxa"/>
              <w:right w:w="65" w:type="dxa"/>
            </w:tcMar>
          </w:tcPr>
          <w:p w:rsidR="003F678F" w:rsidRDefault="00BD73F1">
            <w:pPr>
              <w:spacing w:after="0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w="8280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:rsidR="003F678F" w:rsidRDefault="00BD73F1">
            <w:pPr>
              <w:spacing w:after="0"/>
            </w:pPr>
            <w:r>
              <w:rPr>
                <w:color w:val="5A5A5A"/>
                <w:sz w:val="18"/>
              </w:rPr>
              <w:t>[Full name]</w:t>
            </w:r>
          </w:p>
        </w:tc>
      </w:tr>
      <w:tr w:rsidR="003F678F">
        <w:trPr>
          <w:cantSplit/>
          <w:jc w:val="center"/>
        </w:trPr>
        <w:tc>
          <w:tcPr>
            <w:tcW w:w="2520" w:type="dxa"/>
            <w:shd w:val="clear" w:color="auto" w:fill="F2F6F7"/>
            <w:tcMar>
              <w:top w:w="50" w:type="dxa"/>
              <w:left w:w="65" w:type="dxa"/>
              <w:bottom w:w="50" w:type="dxa"/>
              <w:right w:w="65" w:type="dxa"/>
            </w:tcMar>
          </w:tcPr>
          <w:p w:rsidR="003F678F" w:rsidRDefault="00BD73F1">
            <w:pPr>
              <w:spacing w:after="0"/>
            </w:pPr>
            <w:r>
              <w:rPr>
                <w:b/>
                <w:sz w:val="18"/>
              </w:rPr>
              <w:t>Institutional Affiliation</w:t>
            </w:r>
          </w:p>
        </w:tc>
        <w:tc>
          <w:tcPr>
            <w:tcW w:w="8280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:rsidR="003F678F" w:rsidRDefault="00BD73F1">
            <w:pPr>
              <w:spacing w:after="0"/>
            </w:pPr>
            <w:r>
              <w:rPr>
                <w:color w:val="5A5A5A"/>
                <w:sz w:val="18"/>
              </w:rPr>
              <w:t>[Department, Institution, City, State/Region, Country]</w:t>
            </w:r>
          </w:p>
        </w:tc>
      </w:tr>
      <w:tr w:rsidR="003F678F">
        <w:trPr>
          <w:cantSplit/>
          <w:jc w:val="center"/>
        </w:trPr>
        <w:tc>
          <w:tcPr>
            <w:tcW w:w="2520" w:type="dxa"/>
            <w:shd w:val="clear" w:color="auto" w:fill="F2F6F7"/>
            <w:tcMar>
              <w:top w:w="50" w:type="dxa"/>
              <w:left w:w="65" w:type="dxa"/>
              <w:bottom w:w="50" w:type="dxa"/>
              <w:right w:w="65" w:type="dxa"/>
            </w:tcMar>
          </w:tcPr>
          <w:p w:rsidR="003F678F" w:rsidRDefault="00BD73F1">
            <w:pPr>
              <w:spacing w:after="0"/>
            </w:pPr>
            <w:r>
              <w:rPr>
                <w:b/>
                <w:sz w:val="18"/>
              </w:rPr>
              <w:t>Email / Telephone</w:t>
            </w:r>
          </w:p>
        </w:tc>
        <w:tc>
          <w:tcPr>
            <w:tcW w:w="8280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:rsidR="003F678F" w:rsidRDefault="00BD73F1">
            <w:pPr>
              <w:spacing w:after="0"/>
            </w:pPr>
            <w:r>
              <w:rPr>
                <w:color w:val="5A5A5A"/>
                <w:sz w:val="18"/>
              </w:rPr>
              <w:t>[Professional email]  |  [Telephone optional]</w:t>
            </w:r>
          </w:p>
        </w:tc>
      </w:tr>
    </w:tbl>
    <w:p w:rsidR="003F678F" w:rsidRDefault="003F678F"/>
    <w:sectPr w:rsidR="003F678F" w:rsidSect="00034616">
      <w:headerReference w:type="default" r:id="rId8"/>
      <w:footerReference w:type="default" r:id="rId9"/>
      <w:pgSz w:w="12240" w:h="15840"/>
      <w:pgMar w:top="792" w:right="936" w:bottom="835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527" w:rsidRDefault="001B6527">
      <w:pPr>
        <w:spacing w:after="0" w:line="240" w:lineRule="auto"/>
      </w:pPr>
      <w:r>
        <w:separator/>
      </w:r>
    </w:p>
  </w:endnote>
  <w:endnote w:type="continuationSeparator" w:id="0">
    <w:p w:rsidR="001B6527" w:rsidRDefault="001B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78F" w:rsidRDefault="00BD73F1">
    <w:pPr>
      <w:pStyle w:val="Footer"/>
      <w:jc w:val="center"/>
    </w:pPr>
    <w:r>
      <w:rPr>
        <w:color w:val="5A5A5A"/>
        <w:sz w:val="17"/>
      </w:rPr>
      <w:t xml:space="preserve">IJSoE Title Page Template  |  Page </w:t>
    </w:r>
    <w:r>
      <w:fldChar w:fldCharType="begin"/>
    </w:r>
    <w:r>
      <w:instrText>PAGE</w:instrText>
    </w:r>
    <w:r>
      <w:fldChar w:fldCharType="separate"/>
    </w:r>
    <w:r w:rsidR="00AC397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527" w:rsidRDefault="001B6527">
      <w:pPr>
        <w:spacing w:after="0" w:line="240" w:lineRule="auto"/>
      </w:pPr>
      <w:r>
        <w:separator/>
      </w:r>
    </w:p>
  </w:footnote>
  <w:footnote w:type="continuationSeparator" w:id="0">
    <w:p w:rsidR="001B6527" w:rsidRDefault="001B6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78F" w:rsidRDefault="00BD73F1">
    <w:pPr>
      <w:pStyle w:val="Header"/>
      <w:jc w:val="center"/>
    </w:pPr>
    <w:r>
      <w:rPr>
        <w:b/>
        <w:color w:val="005666"/>
        <w:sz w:val="18"/>
      </w:rPr>
      <w:t>International Journal of Social Exploration (IJSoE)  |  Separate Title Page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2A60"/>
    <w:rsid w:val="001B6527"/>
    <w:rsid w:val="0029639D"/>
    <w:rsid w:val="00326F90"/>
    <w:rsid w:val="003F678F"/>
    <w:rsid w:val="00472C31"/>
    <w:rsid w:val="00AA1D8D"/>
    <w:rsid w:val="00AC3974"/>
    <w:rsid w:val="00B47730"/>
    <w:rsid w:val="00BD73F1"/>
    <w:rsid w:val="00CB0664"/>
    <w:rsid w:val="00E471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71E99D"/>
  <w14:defaultImageDpi w14:val="300"/>
  <w15:docId w15:val="{F646FE24-20B3-4BA4-9943-0BBA8D579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951F58-E35E-47F8-97A7-4C98DDA8A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IJSoE Separate Title Page Template</dc:title>
  <dc:subject>Author-identifying title page for manuscript submission</dc:subject>
  <dc:creator>International Journal of Social Exploration</dc:creator>
  <cp:keywords/>
  <dc:description>generated by python-docx</dc:description>
  <cp:lastModifiedBy>RathiG</cp:lastModifiedBy>
  <cp:revision>4</cp:revision>
  <dcterms:created xsi:type="dcterms:W3CDTF">2013-12-23T23:15:00Z</dcterms:created>
  <dcterms:modified xsi:type="dcterms:W3CDTF">2026-09-29T17:39:00Z</dcterms:modified>
  <cp:category/>
</cp:coreProperties>
</file>